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F76FD" w14:textId="25C39AE4" w:rsidR="00D072D0" w:rsidRDefault="006116C5">
      <w:pPr>
        <w:jc w:val="center"/>
      </w:pPr>
      <w:r w:rsidRPr="002A6027">
        <w:rPr>
          <w:rFonts w:ascii="Century Gothic" w:hAnsi="Century Gothic"/>
          <w:noProof/>
        </w:rPr>
        <w:drawing>
          <wp:anchor distT="0" distB="0" distL="114300" distR="114300" simplePos="0" relativeHeight="251656704" behindDoc="1" locked="0" layoutInCell="1" allowOverlap="1" wp14:anchorId="22186E6B" wp14:editId="75A18C28">
            <wp:simplePos x="0" y="0"/>
            <wp:positionH relativeFrom="column">
              <wp:posOffset>-963441</wp:posOffset>
            </wp:positionH>
            <wp:positionV relativeFrom="paragraph">
              <wp:posOffset>-612140</wp:posOffset>
            </wp:positionV>
            <wp:extent cx="8099349" cy="3573194"/>
            <wp:effectExtent l="0" t="0" r="0" b="8255"/>
            <wp:wrapNone/>
            <wp:docPr id="7" name="Picture 7" descr="A picture containing person, indoor, jud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person, indoor, judo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9" b="31051"/>
                    <a:stretch/>
                  </pic:blipFill>
                  <pic:spPr bwMode="auto">
                    <a:xfrm>
                      <a:off x="0" y="0"/>
                      <a:ext cx="8099349" cy="3573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E48761" w14:textId="67258946" w:rsidR="00D072D0" w:rsidRDefault="00D072D0">
      <w:pPr>
        <w:jc w:val="center"/>
      </w:pPr>
    </w:p>
    <w:p w14:paraId="48FCC075" w14:textId="77777777" w:rsidR="006116C5" w:rsidRDefault="006116C5">
      <w:pPr>
        <w:rPr>
          <w:sz w:val="20"/>
        </w:rPr>
      </w:pPr>
    </w:p>
    <w:p w14:paraId="22B0FB50" w14:textId="77777777" w:rsidR="006116C5" w:rsidRDefault="006116C5">
      <w:pPr>
        <w:rPr>
          <w:sz w:val="20"/>
        </w:rPr>
      </w:pPr>
    </w:p>
    <w:p w14:paraId="4940FA03" w14:textId="3137B9F9" w:rsidR="006116C5" w:rsidRDefault="006116C5">
      <w:pPr>
        <w:rPr>
          <w:sz w:val="20"/>
        </w:rPr>
      </w:pPr>
    </w:p>
    <w:p w14:paraId="691776D3" w14:textId="1144C826" w:rsidR="006116C5" w:rsidRDefault="006116C5">
      <w:pPr>
        <w:rPr>
          <w:sz w:val="20"/>
        </w:rPr>
      </w:pPr>
    </w:p>
    <w:p w14:paraId="74A3A5CE" w14:textId="16BF01E5" w:rsidR="006116C5" w:rsidRDefault="00781ABA">
      <w:pPr>
        <w:rPr>
          <w:sz w:val="20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01D96CBC" wp14:editId="107F8A9A">
            <wp:simplePos x="0" y="0"/>
            <wp:positionH relativeFrom="column">
              <wp:posOffset>5746652</wp:posOffset>
            </wp:positionH>
            <wp:positionV relativeFrom="paragraph">
              <wp:posOffset>94859</wp:posOffset>
            </wp:positionV>
            <wp:extent cx="1219200" cy="756285"/>
            <wp:effectExtent l="0" t="0" r="0" b="5715"/>
            <wp:wrapNone/>
            <wp:docPr id="9007630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97D8E62" w14:textId="0A12ABF6" w:rsidR="006116C5" w:rsidRDefault="006116C5">
      <w:pPr>
        <w:rPr>
          <w:sz w:val="20"/>
        </w:rPr>
      </w:pPr>
    </w:p>
    <w:p w14:paraId="150C7F47" w14:textId="43E6DE65" w:rsidR="006116C5" w:rsidRDefault="006116C5">
      <w:pPr>
        <w:rPr>
          <w:sz w:val="20"/>
        </w:rPr>
      </w:pPr>
    </w:p>
    <w:p w14:paraId="6AC69DF8" w14:textId="2C3A6149" w:rsidR="006116C5" w:rsidRDefault="00781ABA"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1C475C1" wp14:editId="78C65E2A">
                <wp:simplePos x="0" y="0"/>
                <wp:positionH relativeFrom="column">
                  <wp:posOffset>-681306</wp:posOffset>
                </wp:positionH>
                <wp:positionV relativeFrom="page">
                  <wp:posOffset>3579055</wp:posOffset>
                </wp:positionV>
                <wp:extent cx="7855585" cy="640080"/>
                <wp:effectExtent l="0" t="0" r="0" b="7620"/>
                <wp:wrapNone/>
                <wp:docPr id="1240590531" name="Rectangle 1" descr="SUPPLIER REGISTRATION FOR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55585" cy="64008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7000"/>
                              </a:schemeClr>
                            </a:gs>
                            <a:gs pos="48000">
                              <a:schemeClr val="accent1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026364" w14:textId="77777777" w:rsidR="006116C5" w:rsidRDefault="006116C5" w:rsidP="006116C5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40"/>
                              </w:rPr>
                              <w:t>SUPPLIER REGISTRATION FORM</w:t>
                            </w:r>
                          </w:p>
                          <w:p w14:paraId="42A95E51" w14:textId="77777777" w:rsidR="006116C5" w:rsidRDefault="006116C5" w:rsidP="006116C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1C475C1" id="Rectangle 1" o:spid="_x0000_s1026" alt="SUPPLIER REGISTRATION FORM" style="position:absolute;margin-left:-53.65pt;margin-top:281.8pt;width:618.55pt;height:50.4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" fillcolor="#305581 [2148]" stroked="f">
                <v:fill color2="#95b3d7 [1940]" rotate="t" angle="180" colors="0 #315683;31457f #5485bf;1 #95b3d7" focus="100%" type="gradient"/>
                <v:textbox>
                  <w:txbxContent>
                    <w:p w14:paraId="2E026364" w14:textId="77777777" w:rsidR="006116C5" w:rsidRDefault="006116C5" w:rsidP="006116C5">
                      <w:pPr>
                        <w:jc w:val="center"/>
                      </w:pPr>
                      <w:r>
                        <w:rPr>
                          <w:b/>
                          <w:sz w:val="40"/>
                        </w:rPr>
                        <w:t>SUPPLIER REGISTRATION FORM</w:t>
                      </w:r>
                    </w:p>
                    <w:p w14:paraId="42A95E51" w14:textId="77777777" w:rsidR="006116C5" w:rsidRDefault="006116C5" w:rsidP="006116C5">
                      <w:pPr>
                        <w:jc w:val="center"/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</w:p>
    <w:p w14:paraId="0787B1E2" w14:textId="70E317A6" w:rsidR="006116C5" w:rsidRDefault="006116C5">
      <w:pPr>
        <w:rPr>
          <w:sz w:val="20"/>
        </w:rPr>
      </w:pPr>
    </w:p>
    <w:p w14:paraId="0A604A3A" w14:textId="77777777" w:rsidR="006116C5" w:rsidRDefault="006116C5"/>
    <w:p w14:paraId="786838B4" w14:textId="3ECB83CB" w:rsidR="00781ABA" w:rsidRDefault="00781ABA" w:rsidP="0069230E">
      <w:pPr>
        <w:jc w:val="both"/>
        <w:rPr>
          <w:rFonts w:ascii="Century Gothic" w:hAnsi="Century Gothic"/>
          <w:sz w:val="20"/>
          <w:szCs w:val="20"/>
        </w:rPr>
      </w:pPr>
      <w:r w:rsidRPr="008D5607">
        <w:rPr>
          <w:rFonts w:ascii="Century Gothic" w:hAnsi="Century Gothic"/>
          <w:sz w:val="20"/>
          <w:szCs w:val="20"/>
        </w:rPr>
        <w:t xml:space="preserve">IEPA complies with the POPI requirements visit our website </w:t>
      </w:r>
      <w:hyperlink r:id="rId10" w:history="1">
        <w:r w:rsidRPr="008D5607">
          <w:rPr>
            <w:rStyle w:val="Hyperlink"/>
            <w:rFonts w:ascii="Century Gothic" w:hAnsi="Century Gothic"/>
            <w:sz w:val="20"/>
            <w:szCs w:val="20"/>
          </w:rPr>
          <w:t>www.iepa.org.za/resources</w:t>
        </w:r>
      </w:hyperlink>
      <w:r w:rsidRPr="008D5607">
        <w:rPr>
          <w:rFonts w:ascii="Century Gothic" w:hAnsi="Century Gothic"/>
          <w:sz w:val="20"/>
          <w:szCs w:val="20"/>
        </w:rPr>
        <w:t xml:space="preserve"> for our POPIA manual.</w:t>
      </w:r>
    </w:p>
    <w:p w14:paraId="62E8B107" w14:textId="77777777" w:rsidR="00D24954" w:rsidRDefault="00D24954" w:rsidP="0069230E">
      <w:pPr>
        <w:jc w:val="both"/>
        <w:rPr>
          <w:rFonts w:ascii="Century Gothic" w:hAnsi="Century Gothic"/>
          <w:sz w:val="20"/>
          <w:szCs w:val="20"/>
        </w:rPr>
      </w:pPr>
    </w:p>
    <w:p w14:paraId="4B6DD16A" w14:textId="687F32F7" w:rsidR="00D24954" w:rsidRDefault="00D24954" w:rsidP="00D24954">
      <w:r>
        <w:rPr>
          <w:b/>
        </w:rPr>
        <w:t>Application for RFQ No</w:t>
      </w:r>
      <w:r>
        <w:rPr>
          <w:b/>
        </w:rPr>
        <w:t>:</w:t>
      </w:r>
      <w:r>
        <w:t xml:space="preserve"> __________________________________________________</w:t>
      </w:r>
    </w:p>
    <w:p w14:paraId="2EF68B0C" w14:textId="77777777" w:rsidR="0069230E" w:rsidRPr="0069230E" w:rsidRDefault="0069230E" w:rsidP="0069230E">
      <w:pPr>
        <w:jc w:val="both"/>
        <w:rPr>
          <w:rFonts w:ascii="Century Gothic" w:hAnsi="Century Gothic"/>
          <w:sz w:val="20"/>
          <w:szCs w:val="20"/>
        </w:rPr>
      </w:pPr>
    </w:p>
    <w:p w14:paraId="20541CFB" w14:textId="16079414" w:rsidR="00D072D0" w:rsidRDefault="00662AE7">
      <w:r>
        <w:rPr>
          <w:b/>
          <w:sz w:val="28"/>
        </w:rPr>
        <w:t>1. Supplier Information</w:t>
      </w:r>
    </w:p>
    <w:p w14:paraId="55E87A8F" w14:textId="4FEFC742" w:rsidR="00D072D0" w:rsidRDefault="00662AE7">
      <w:r>
        <w:rPr>
          <w:b/>
        </w:rPr>
        <w:t>Registered Company Name:</w:t>
      </w:r>
      <w:r w:rsidR="00DE1AA6">
        <w:rPr>
          <w:b/>
        </w:rPr>
        <w:t xml:space="preserve">  </w:t>
      </w:r>
      <w:r>
        <w:t xml:space="preserve"> ____________________________________________________</w:t>
      </w:r>
    </w:p>
    <w:p w14:paraId="52B2B4B0" w14:textId="0087B539" w:rsidR="00D072D0" w:rsidRDefault="00662AE7">
      <w:r>
        <w:rPr>
          <w:b/>
        </w:rPr>
        <w:t>Trading Name (if applicable):</w:t>
      </w:r>
      <w:r>
        <w:t xml:space="preserve"> ___________________________________________________</w:t>
      </w:r>
    </w:p>
    <w:p w14:paraId="2CCA9DA1" w14:textId="77777777" w:rsidR="00D072D0" w:rsidRDefault="00662AE7">
      <w:r>
        <w:rPr>
          <w:b/>
        </w:rPr>
        <w:t>Company Address:</w:t>
      </w:r>
      <w:r>
        <w:t xml:space="preserve"> ____________________________________________________________</w:t>
      </w:r>
    </w:p>
    <w:p w14:paraId="740DED38" w14:textId="77777777" w:rsidR="00D072D0" w:rsidRDefault="00662AE7">
      <w:r>
        <w:rPr>
          <w:b/>
        </w:rPr>
        <w:t>Postal Address:</w:t>
      </w:r>
      <w:r>
        <w:t xml:space="preserve"> ____________________________________________________________</w:t>
      </w:r>
    </w:p>
    <w:p w14:paraId="66F306B0" w14:textId="37D0B75D" w:rsidR="00781ABA" w:rsidRDefault="00781ABA">
      <w:r>
        <w:t xml:space="preserve">                             ____________________________________________________________</w:t>
      </w:r>
    </w:p>
    <w:p w14:paraId="55528556" w14:textId="16D35C17" w:rsidR="00D072D0" w:rsidRDefault="00662AE7">
      <w:r>
        <w:rPr>
          <w:b/>
        </w:rPr>
        <w:t>Company Telephone Number:</w:t>
      </w:r>
      <w:r>
        <w:t xml:space="preserve"> __________________________________________________</w:t>
      </w:r>
    </w:p>
    <w:p w14:paraId="59D22828" w14:textId="60C1E272" w:rsidR="00D072D0" w:rsidRDefault="00662AE7">
      <w:r>
        <w:rPr>
          <w:b/>
        </w:rPr>
        <w:t>Company Email Address:</w:t>
      </w:r>
      <w:r>
        <w:t xml:space="preserve"> ______________________________________________________</w:t>
      </w:r>
    </w:p>
    <w:p w14:paraId="17A1E975" w14:textId="27D897F7" w:rsidR="00DE1AA6" w:rsidRDefault="00662AE7" w:rsidP="00DE1AA6">
      <w:r>
        <w:rPr>
          <w:b/>
        </w:rPr>
        <w:t>Website (if applicable):</w:t>
      </w:r>
      <w:r>
        <w:t xml:space="preserve"> ________________________________________________________</w:t>
      </w:r>
    </w:p>
    <w:p w14:paraId="63B26536" w14:textId="77777777" w:rsidR="00DE1AA6" w:rsidRDefault="00DE1AA6"/>
    <w:p w14:paraId="2CA1EF85" w14:textId="77777777" w:rsidR="001D7754" w:rsidRDefault="001D7754"/>
    <w:p w14:paraId="3AD35B44" w14:textId="77777777" w:rsidR="001D7754" w:rsidRDefault="001D7754"/>
    <w:p w14:paraId="7ED58761" w14:textId="25178C32" w:rsidR="001D7754" w:rsidRDefault="00291479" w:rsidP="00D53E73">
      <w:pPr>
        <w:tabs>
          <w:tab w:val="left" w:pos="1916"/>
          <w:tab w:val="left" w:pos="2360"/>
        </w:tabs>
      </w:pPr>
      <w:r>
        <w:tab/>
      </w:r>
      <w:r w:rsidR="00D53E73">
        <w:tab/>
      </w:r>
    </w:p>
    <w:p w14:paraId="428A0E50" w14:textId="77777777" w:rsidR="00D072D0" w:rsidRDefault="00662AE7">
      <w:r>
        <w:rPr>
          <w:b/>
          <w:sz w:val="28"/>
        </w:rPr>
        <w:t>2. Company Registration Details</w:t>
      </w:r>
    </w:p>
    <w:p w14:paraId="10C77CDD" w14:textId="79B387BF" w:rsidR="006116C5" w:rsidRDefault="00000000">
      <w:sdt>
        <w:sdtPr>
          <w:id w:val="12666507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1AA6">
            <w:rPr>
              <w:rFonts w:ascii="MS Gothic" w:eastAsia="MS Gothic" w:hAnsi="MS Gothic" w:hint="eastAsia"/>
            </w:rPr>
            <w:t>☐</w:t>
          </w:r>
        </w:sdtContent>
      </w:sdt>
      <w:r w:rsidR="00662AE7">
        <w:t xml:space="preserve"> Private Company    </w:t>
      </w:r>
      <w:r w:rsidR="00DE1AA6">
        <w:t xml:space="preserve">                  </w:t>
      </w:r>
      <w:sdt>
        <w:sdtPr>
          <w:id w:val="-1743866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1AA6">
            <w:rPr>
              <w:rFonts w:ascii="MS Gothic" w:eastAsia="MS Gothic" w:hAnsi="MS Gothic" w:hint="eastAsia"/>
            </w:rPr>
            <w:t>☐</w:t>
          </w:r>
        </w:sdtContent>
      </w:sdt>
      <w:r w:rsidR="00DE1AA6">
        <w:t xml:space="preserve"> Sole Proprietor                          </w:t>
      </w:r>
      <w:sdt>
        <w:sdtPr>
          <w:id w:val="16079194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1AA6">
            <w:rPr>
              <w:rFonts w:ascii="MS Gothic" w:eastAsia="MS Gothic" w:hAnsi="MS Gothic" w:hint="eastAsia"/>
            </w:rPr>
            <w:t>☐</w:t>
          </w:r>
        </w:sdtContent>
      </w:sdt>
      <w:r w:rsidR="00DE1AA6">
        <w:t>Partnership</w:t>
      </w:r>
    </w:p>
    <w:p w14:paraId="3E8E58AF" w14:textId="3A44C957" w:rsidR="006116C5" w:rsidRDefault="00000000">
      <w:sdt>
        <w:sdtPr>
          <w:id w:val="1157494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1AA6">
            <w:rPr>
              <w:rFonts w:ascii="MS Gothic" w:eastAsia="MS Gothic" w:hAnsi="MS Gothic" w:hint="eastAsia"/>
            </w:rPr>
            <w:t>☐</w:t>
          </w:r>
        </w:sdtContent>
      </w:sdt>
      <w:r w:rsidR="00662AE7">
        <w:t xml:space="preserve">Pty Ltd   </w:t>
      </w:r>
      <w:r w:rsidR="00DE1AA6">
        <w:t xml:space="preserve">                                       </w:t>
      </w:r>
      <w:sdt>
        <w:sdtPr>
          <w:id w:val="-1175878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1AA6">
            <w:rPr>
              <w:rFonts w:ascii="MS Gothic" w:eastAsia="MS Gothic" w:hAnsi="MS Gothic" w:hint="eastAsia"/>
            </w:rPr>
            <w:t>☐</w:t>
          </w:r>
        </w:sdtContent>
      </w:sdt>
      <w:r w:rsidR="00DE1AA6">
        <w:t xml:space="preserve">CC                                                 </w:t>
      </w:r>
      <w:sdt>
        <w:sdtPr>
          <w:id w:val="1342735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1AA6">
            <w:rPr>
              <w:rFonts w:ascii="MS Gothic" w:eastAsia="MS Gothic" w:hAnsi="MS Gothic" w:hint="eastAsia"/>
            </w:rPr>
            <w:t>☐</w:t>
          </w:r>
        </w:sdtContent>
      </w:sdt>
      <w:r w:rsidR="00DE1AA6">
        <w:t>NGO/NPO</w:t>
      </w:r>
      <w:r w:rsidR="00AE0C7A">
        <w:t>/</w:t>
      </w:r>
      <w:r w:rsidR="00C93BB8">
        <w:t>NPC</w:t>
      </w:r>
    </w:p>
    <w:p w14:paraId="4553F0A6" w14:textId="560FA5D5" w:rsidR="00D072D0" w:rsidRDefault="00000000" w:rsidP="006116C5">
      <w:sdt>
        <w:sdtPr>
          <w:id w:val="958454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027A">
            <w:rPr>
              <w:rFonts w:ascii="MS Gothic" w:eastAsia="MS Gothic" w:hAnsi="MS Gothic" w:hint="eastAsia"/>
            </w:rPr>
            <w:t>☐</w:t>
          </w:r>
        </w:sdtContent>
      </w:sdt>
      <w:r w:rsidR="00662AE7">
        <w:t>Other: _______________________</w:t>
      </w:r>
    </w:p>
    <w:p w14:paraId="4043E520" w14:textId="77777777" w:rsidR="00D072D0" w:rsidRDefault="00662AE7">
      <w:r>
        <w:rPr>
          <w:b/>
        </w:rPr>
        <w:t>Business Registration Number:</w:t>
      </w:r>
      <w:r>
        <w:t xml:space="preserve"> ____________________________________________________________</w:t>
      </w:r>
    </w:p>
    <w:p w14:paraId="07B9C7C8" w14:textId="77777777" w:rsidR="00D072D0" w:rsidRDefault="00662AE7">
      <w:r>
        <w:rPr>
          <w:b/>
        </w:rPr>
        <w:t>VAT Registration Number:</w:t>
      </w:r>
      <w:r>
        <w:t xml:space="preserve"> ____________________________________________________________</w:t>
      </w:r>
    </w:p>
    <w:p w14:paraId="7D31FE3F" w14:textId="77777777" w:rsidR="00D072D0" w:rsidRDefault="00662AE7">
      <w:r>
        <w:rPr>
          <w:b/>
        </w:rPr>
        <w:t>Income Tax Number:</w:t>
      </w:r>
      <w:r>
        <w:t xml:space="preserve"> ____________________________________________________________</w:t>
      </w:r>
    </w:p>
    <w:p w14:paraId="01F3B8BE" w14:textId="1BD9986C" w:rsidR="00D072D0" w:rsidRDefault="00662AE7">
      <w:r>
        <w:rPr>
          <w:b/>
        </w:rPr>
        <w:t xml:space="preserve">CSD Registration Number (if </w:t>
      </w:r>
      <w:r w:rsidR="00DE1AA6">
        <w:rPr>
          <w:b/>
        </w:rPr>
        <w:t>applicable)</w:t>
      </w:r>
      <w:r w:rsidR="00DE1AA6">
        <w:t xml:space="preserve"> _</w:t>
      </w:r>
      <w:r>
        <w:t>_______________________________________________________</w:t>
      </w:r>
    </w:p>
    <w:p w14:paraId="5B72FE3E" w14:textId="77777777" w:rsidR="00DE1AA6" w:rsidRDefault="00DE1AA6"/>
    <w:p w14:paraId="7E02FC41" w14:textId="77777777" w:rsidR="00D072D0" w:rsidRDefault="00662AE7">
      <w:r>
        <w:rPr>
          <w:b/>
          <w:sz w:val="28"/>
        </w:rPr>
        <w:t>3. Goods and Services Information</w:t>
      </w:r>
    </w:p>
    <w:p w14:paraId="123D22FB" w14:textId="77777777" w:rsidR="00DE1AA6" w:rsidRDefault="00662AE7" w:rsidP="00DE1AA6">
      <w:pPr>
        <w:rPr>
          <w:b/>
        </w:rPr>
      </w:pPr>
      <w:r>
        <w:rPr>
          <w:b/>
        </w:rPr>
        <w:t>Please describe the goods/services supplied:</w:t>
      </w:r>
    </w:p>
    <w:p w14:paraId="4D1D04E6" w14:textId="77777777" w:rsidR="00DE1AA6" w:rsidRDefault="00662AE7" w:rsidP="00DE1AA6">
      <w:pPr>
        <w:rPr>
          <w:b/>
        </w:rPr>
      </w:pPr>
      <w:r>
        <w:t>_____________________________________________________________________________________________</w:t>
      </w:r>
    </w:p>
    <w:p w14:paraId="53944266" w14:textId="231E024B" w:rsidR="00D072D0" w:rsidRPr="00DE1AA6" w:rsidRDefault="00662AE7" w:rsidP="00DE1AA6">
      <w:pPr>
        <w:rPr>
          <w:b/>
        </w:rPr>
      </w:pPr>
      <w:r>
        <w:t>_____________________________________________________________________________________________</w:t>
      </w:r>
    </w:p>
    <w:p w14:paraId="79C42C7A" w14:textId="77777777" w:rsidR="00D072D0" w:rsidRDefault="00662AE7">
      <w:r>
        <w:rPr>
          <w:b/>
        </w:rPr>
        <w:t>Areas/Regions Serviced:</w:t>
      </w:r>
      <w:r>
        <w:t xml:space="preserve"> ____________________________________________________________</w:t>
      </w:r>
    </w:p>
    <w:p w14:paraId="1090CA68" w14:textId="6A4BAE99" w:rsidR="00785411" w:rsidRDefault="00662AE7" w:rsidP="001D7754">
      <w:r>
        <w:rPr>
          <w:b/>
        </w:rPr>
        <w:t>Years in Business:</w:t>
      </w:r>
      <w:r>
        <w:t xml:space="preserve"> ____________________________________________________________</w:t>
      </w:r>
    </w:p>
    <w:p w14:paraId="6EE69A20" w14:textId="77777777" w:rsidR="001D7754" w:rsidRDefault="001D7754" w:rsidP="001D7754"/>
    <w:p w14:paraId="5B355715" w14:textId="77777777" w:rsidR="00D072D0" w:rsidRDefault="00662AE7">
      <w:r>
        <w:rPr>
          <w:b/>
          <w:sz w:val="28"/>
        </w:rPr>
        <w:t>4. Banking Details</w:t>
      </w:r>
    </w:p>
    <w:p w14:paraId="285A9E11" w14:textId="77777777" w:rsidR="00D072D0" w:rsidRDefault="00662AE7">
      <w:r>
        <w:rPr>
          <w:i/>
        </w:rPr>
        <w:t>(Please attach a bank confirmation letter not older than 3 months)</w:t>
      </w:r>
    </w:p>
    <w:p w14:paraId="376EB90F" w14:textId="77777777" w:rsidR="00D072D0" w:rsidRDefault="00662AE7">
      <w:r>
        <w:rPr>
          <w:b/>
        </w:rPr>
        <w:t>Bank Name:</w:t>
      </w:r>
      <w:r>
        <w:t xml:space="preserve"> ____________________________________________________________</w:t>
      </w:r>
    </w:p>
    <w:p w14:paraId="2DBE47D9" w14:textId="77777777" w:rsidR="00D072D0" w:rsidRDefault="00662AE7">
      <w:r>
        <w:rPr>
          <w:b/>
        </w:rPr>
        <w:t>Account Name:</w:t>
      </w:r>
      <w:r>
        <w:t xml:space="preserve"> ____________________________________________________________</w:t>
      </w:r>
    </w:p>
    <w:p w14:paraId="77D709AC" w14:textId="77777777" w:rsidR="00D072D0" w:rsidRDefault="00662AE7">
      <w:r>
        <w:rPr>
          <w:b/>
        </w:rPr>
        <w:t>Account Number:</w:t>
      </w:r>
      <w:r>
        <w:t xml:space="preserve"> ____________________________________________________________</w:t>
      </w:r>
    </w:p>
    <w:p w14:paraId="0F9B1462" w14:textId="77777777" w:rsidR="00D072D0" w:rsidRDefault="00662AE7">
      <w:r>
        <w:rPr>
          <w:b/>
        </w:rPr>
        <w:t>Branch Code:</w:t>
      </w:r>
      <w:r>
        <w:t xml:space="preserve"> ____________________________________________________________</w:t>
      </w:r>
    </w:p>
    <w:p w14:paraId="4B69A1AF" w14:textId="77777777" w:rsidR="00D072D0" w:rsidRDefault="00662AE7">
      <w:r>
        <w:rPr>
          <w:b/>
        </w:rPr>
        <w:t>Account Type:</w:t>
      </w:r>
      <w:r>
        <w:t xml:space="preserve"> ____________________________________________________________</w:t>
      </w:r>
    </w:p>
    <w:p w14:paraId="43547C8A" w14:textId="77777777" w:rsidR="00785411" w:rsidRDefault="00785411"/>
    <w:p w14:paraId="09464577" w14:textId="77777777" w:rsidR="00963EDE" w:rsidRDefault="00963EDE"/>
    <w:p w14:paraId="225014A1" w14:textId="77777777" w:rsidR="00963EDE" w:rsidRDefault="00963EDE"/>
    <w:p w14:paraId="6AD00D2B" w14:textId="77777777" w:rsidR="00963EDE" w:rsidRDefault="00963EDE"/>
    <w:p w14:paraId="79F66070" w14:textId="77777777" w:rsidR="00963EDE" w:rsidRDefault="00963EDE"/>
    <w:p w14:paraId="2E6C8540" w14:textId="77777777" w:rsidR="00D072D0" w:rsidRDefault="00662AE7">
      <w:r>
        <w:rPr>
          <w:b/>
          <w:sz w:val="28"/>
        </w:rPr>
        <w:t>5. Compliance Documentation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7"/>
        <w:gridCol w:w="5107"/>
      </w:tblGrid>
      <w:tr w:rsidR="00D072D0" w14:paraId="23122F76" w14:textId="77777777">
        <w:trPr>
          <w:jc w:val="center"/>
        </w:trPr>
        <w:tc>
          <w:tcPr>
            <w:tcW w:w="5112" w:type="dxa"/>
          </w:tcPr>
          <w:p w14:paraId="1440B774" w14:textId="77777777" w:rsidR="00D072D0" w:rsidRDefault="00662AE7">
            <w:r>
              <w:t>Document</w:t>
            </w:r>
          </w:p>
        </w:tc>
        <w:tc>
          <w:tcPr>
            <w:tcW w:w="5112" w:type="dxa"/>
          </w:tcPr>
          <w:p w14:paraId="11CA9065" w14:textId="77777777" w:rsidR="00D072D0" w:rsidRDefault="00662AE7">
            <w:r>
              <w:t>Attached</w:t>
            </w:r>
          </w:p>
        </w:tc>
      </w:tr>
      <w:tr w:rsidR="00D072D0" w14:paraId="45C16B95" w14:textId="77777777">
        <w:trPr>
          <w:jc w:val="center"/>
        </w:trPr>
        <w:tc>
          <w:tcPr>
            <w:tcW w:w="5112" w:type="dxa"/>
          </w:tcPr>
          <w:p w14:paraId="0BB38143" w14:textId="77777777" w:rsidR="00D072D0" w:rsidRDefault="00662AE7">
            <w:r>
              <w:t>Company Registration Certificate</w:t>
            </w:r>
          </w:p>
        </w:tc>
        <w:sdt>
          <w:sdtPr>
            <w:id w:val="-1043131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2" w:type="dxa"/>
              </w:tcPr>
              <w:p w14:paraId="00728E15" w14:textId="2ECAAA52" w:rsidR="00D072D0" w:rsidRDefault="006116C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72D0" w14:paraId="0FB791D0" w14:textId="77777777">
        <w:trPr>
          <w:jc w:val="center"/>
        </w:trPr>
        <w:tc>
          <w:tcPr>
            <w:tcW w:w="5112" w:type="dxa"/>
          </w:tcPr>
          <w:p w14:paraId="28491690" w14:textId="77777777" w:rsidR="00D072D0" w:rsidRDefault="00662AE7">
            <w:r>
              <w:t>Tax Compliance Status / SARS Pin</w:t>
            </w:r>
          </w:p>
        </w:tc>
        <w:sdt>
          <w:sdtPr>
            <w:id w:val="1517807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2" w:type="dxa"/>
              </w:tcPr>
              <w:p w14:paraId="16F352AE" w14:textId="6055A4BD" w:rsidR="00D072D0" w:rsidRDefault="001A6DA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72D0" w14:paraId="40554214" w14:textId="77777777">
        <w:trPr>
          <w:jc w:val="center"/>
        </w:trPr>
        <w:tc>
          <w:tcPr>
            <w:tcW w:w="5112" w:type="dxa"/>
          </w:tcPr>
          <w:p w14:paraId="10619FAC" w14:textId="77777777" w:rsidR="00D072D0" w:rsidRDefault="00662AE7">
            <w:r>
              <w:t>VAT Registration Certificate</w:t>
            </w:r>
          </w:p>
        </w:tc>
        <w:sdt>
          <w:sdtPr>
            <w:id w:val="-28493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2" w:type="dxa"/>
              </w:tcPr>
              <w:p w14:paraId="0C374B6D" w14:textId="02DB8820" w:rsidR="00D072D0" w:rsidRDefault="001A6DA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72D0" w14:paraId="7BF66BBF" w14:textId="77777777">
        <w:trPr>
          <w:jc w:val="center"/>
        </w:trPr>
        <w:tc>
          <w:tcPr>
            <w:tcW w:w="5112" w:type="dxa"/>
          </w:tcPr>
          <w:p w14:paraId="21D4DCEC" w14:textId="77777777" w:rsidR="00D072D0" w:rsidRDefault="00662AE7">
            <w:r>
              <w:t>BBBEE Certificate or Affidavit</w:t>
            </w:r>
          </w:p>
        </w:tc>
        <w:sdt>
          <w:sdtPr>
            <w:id w:val="1674533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2" w:type="dxa"/>
              </w:tcPr>
              <w:p w14:paraId="7E2C1389" w14:textId="4CB88988" w:rsidR="00D072D0" w:rsidRDefault="0064280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72D0" w14:paraId="5E1C559D" w14:textId="77777777">
        <w:trPr>
          <w:jc w:val="center"/>
        </w:trPr>
        <w:tc>
          <w:tcPr>
            <w:tcW w:w="5112" w:type="dxa"/>
          </w:tcPr>
          <w:p w14:paraId="37907DB1" w14:textId="77777777" w:rsidR="00D072D0" w:rsidRDefault="00662AE7">
            <w:r>
              <w:t>Bank Confirmation Letter</w:t>
            </w:r>
          </w:p>
        </w:tc>
        <w:sdt>
          <w:sdtPr>
            <w:id w:val="-350954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2" w:type="dxa"/>
              </w:tcPr>
              <w:p w14:paraId="3D32BA28" w14:textId="574FD68D" w:rsidR="00D072D0" w:rsidRDefault="0064280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72D0" w14:paraId="6E8FBF4A" w14:textId="77777777">
        <w:trPr>
          <w:jc w:val="center"/>
        </w:trPr>
        <w:tc>
          <w:tcPr>
            <w:tcW w:w="5112" w:type="dxa"/>
          </w:tcPr>
          <w:p w14:paraId="000D5403" w14:textId="77777777" w:rsidR="00D072D0" w:rsidRDefault="00662AE7">
            <w:r>
              <w:t>Certified ID Copies of Directors</w:t>
            </w:r>
          </w:p>
        </w:tc>
        <w:sdt>
          <w:sdtPr>
            <w:id w:val="2031984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2" w:type="dxa"/>
              </w:tcPr>
              <w:p w14:paraId="1A5CA0C1" w14:textId="6BAD6FCC" w:rsidR="00D072D0" w:rsidRDefault="0064280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72D0" w14:paraId="3E90BB37" w14:textId="77777777">
        <w:trPr>
          <w:jc w:val="center"/>
        </w:trPr>
        <w:tc>
          <w:tcPr>
            <w:tcW w:w="5112" w:type="dxa"/>
          </w:tcPr>
          <w:p w14:paraId="1BAA63B4" w14:textId="1BDC3992" w:rsidR="00D072D0" w:rsidRDefault="00662AE7">
            <w:r>
              <w:t>Proof of Address</w:t>
            </w:r>
            <w:r w:rsidR="00C93BB8">
              <w:t xml:space="preserve"> for Business</w:t>
            </w:r>
          </w:p>
        </w:tc>
        <w:sdt>
          <w:sdtPr>
            <w:id w:val="-919875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2" w:type="dxa"/>
              </w:tcPr>
              <w:p w14:paraId="72BFAE5B" w14:textId="637BB388" w:rsidR="00D072D0" w:rsidRDefault="0064280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72D0" w14:paraId="20FA0462" w14:textId="77777777">
        <w:trPr>
          <w:jc w:val="center"/>
        </w:trPr>
        <w:tc>
          <w:tcPr>
            <w:tcW w:w="5112" w:type="dxa"/>
          </w:tcPr>
          <w:p w14:paraId="516B0505" w14:textId="77777777" w:rsidR="00D072D0" w:rsidRDefault="00662AE7">
            <w:r>
              <w:t>CSD Report</w:t>
            </w:r>
          </w:p>
        </w:tc>
        <w:sdt>
          <w:sdtPr>
            <w:id w:val="-1024389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2" w:type="dxa"/>
              </w:tcPr>
              <w:p w14:paraId="11AC7B11" w14:textId="586F552B" w:rsidR="00D072D0" w:rsidRDefault="0064280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72D0" w14:paraId="019937AB" w14:textId="77777777">
        <w:trPr>
          <w:jc w:val="center"/>
        </w:trPr>
        <w:tc>
          <w:tcPr>
            <w:tcW w:w="5112" w:type="dxa"/>
          </w:tcPr>
          <w:p w14:paraId="3286E8D6" w14:textId="77777777" w:rsidR="00D072D0" w:rsidRDefault="00662AE7">
            <w:r>
              <w:t>Occupational Health &amp; Safety Certificate</w:t>
            </w:r>
          </w:p>
        </w:tc>
        <w:sdt>
          <w:sdtPr>
            <w:id w:val="7269565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2" w:type="dxa"/>
              </w:tcPr>
              <w:p w14:paraId="7C9F2D49" w14:textId="0A2D5658" w:rsidR="00D072D0" w:rsidRDefault="0064280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72D0" w14:paraId="50F492AB" w14:textId="77777777">
        <w:trPr>
          <w:jc w:val="center"/>
        </w:trPr>
        <w:tc>
          <w:tcPr>
            <w:tcW w:w="5112" w:type="dxa"/>
          </w:tcPr>
          <w:p w14:paraId="6DF94F32" w14:textId="77777777" w:rsidR="00D072D0" w:rsidRDefault="00662AE7">
            <w:r>
              <w:t>COIDA / Letter of Good Standing</w:t>
            </w:r>
          </w:p>
        </w:tc>
        <w:sdt>
          <w:sdtPr>
            <w:id w:val="-892963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2" w:type="dxa"/>
              </w:tcPr>
              <w:p w14:paraId="10601439" w14:textId="1F8B8263" w:rsidR="00D072D0" w:rsidRDefault="0064280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072D0" w14:paraId="46FA6B20" w14:textId="77777777">
        <w:trPr>
          <w:jc w:val="center"/>
        </w:trPr>
        <w:tc>
          <w:tcPr>
            <w:tcW w:w="5112" w:type="dxa"/>
          </w:tcPr>
          <w:p w14:paraId="51AB7A4B" w14:textId="77777777" w:rsidR="00D072D0" w:rsidRDefault="00662AE7">
            <w:r>
              <w:t>Professional Certifications / Licences</w:t>
            </w:r>
          </w:p>
        </w:tc>
        <w:sdt>
          <w:sdtPr>
            <w:id w:val="2121956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12" w:type="dxa"/>
              </w:tcPr>
              <w:p w14:paraId="3A7F76B9" w14:textId="4EAB746D" w:rsidR="00D072D0" w:rsidRDefault="0064280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07FB775C" w14:textId="77777777" w:rsidR="002F028D" w:rsidRDefault="002F028D">
      <w:pPr>
        <w:rPr>
          <w:b/>
          <w:sz w:val="28"/>
        </w:rPr>
      </w:pPr>
    </w:p>
    <w:p w14:paraId="0FEC9540" w14:textId="0268C287" w:rsidR="00D072D0" w:rsidRDefault="00662AE7">
      <w:r>
        <w:rPr>
          <w:b/>
          <w:sz w:val="28"/>
        </w:rPr>
        <w:t>6. BBBEE Information</w:t>
      </w:r>
    </w:p>
    <w:p w14:paraId="02267DF0" w14:textId="77777777" w:rsidR="00D072D0" w:rsidRDefault="00662AE7">
      <w:r>
        <w:rPr>
          <w:b/>
        </w:rPr>
        <w:t>BBBEE Level:</w:t>
      </w:r>
      <w:r>
        <w:t xml:space="preserve"> ____________________________________________________________</w:t>
      </w:r>
    </w:p>
    <w:p w14:paraId="5443791A" w14:textId="77777777" w:rsidR="002F028D" w:rsidRDefault="00662AE7">
      <w:r>
        <w:rPr>
          <w:b/>
        </w:rPr>
        <w:t>Expiry Date of BBBEE Certificate/Affidavit:</w:t>
      </w:r>
      <w:r>
        <w:t xml:space="preserve"> </w:t>
      </w:r>
    </w:p>
    <w:p w14:paraId="19BA10D2" w14:textId="2B1B6020" w:rsidR="00D072D0" w:rsidRDefault="00662AE7">
      <w:r>
        <w:t>____________________________________________________________</w:t>
      </w:r>
    </w:p>
    <w:p w14:paraId="1223F759" w14:textId="77777777" w:rsidR="00D072D0" w:rsidRDefault="00662AE7">
      <w:r>
        <w:rPr>
          <w:b/>
          <w:sz w:val="28"/>
        </w:rPr>
        <w:t>7. Occupational Health and Safety Compliance</w:t>
      </w:r>
    </w:p>
    <w:p w14:paraId="08D4DE83" w14:textId="77777777" w:rsidR="00D072D0" w:rsidRDefault="00662AE7">
      <w:r>
        <w:rPr>
          <w:b/>
        </w:rPr>
        <w:t>Occupational Health and Safety Compliance Certificate Expiry Date:</w:t>
      </w:r>
      <w:r>
        <w:rPr>
          <w:b/>
        </w:rPr>
        <w:br/>
      </w:r>
      <w:r>
        <w:rPr>
          <w:b/>
        </w:rPr>
        <w:br/>
      </w:r>
      <w:r>
        <w:t>__________________________________________________________________________________________</w:t>
      </w:r>
    </w:p>
    <w:p w14:paraId="67CFD496" w14:textId="41F446C2" w:rsidR="002F028D" w:rsidRDefault="00662AE7" w:rsidP="001A107F">
      <w:r>
        <w:rPr>
          <w:i/>
        </w:rPr>
        <w:t>(Attach copy of valid certificate where applicable)</w:t>
      </w:r>
    </w:p>
    <w:p w14:paraId="0C9569F2" w14:textId="77777777" w:rsidR="001A107F" w:rsidRPr="001A107F" w:rsidRDefault="001A107F" w:rsidP="001A107F"/>
    <w:p w14:paraId="7BF8C6E5" w14:textId="59D552A1" w:rsidR="00D072D0" w:rsidRDefault="00662AE7">
      <w:r>
        <w:rPr>
          <w:b/>
          <w:sz w:val="28"/>
        </w:rPr>
        <w:t>8. Authorised Representative Details</w:t>
      </w:r>
    </w:p>
    <w:p w14:paraId="11F34132" w14:textId="521775C6" w:rsidR="00D072D0" w:rsidRDefault="002F028D">
      <w:r>
        <w:rPr>
          <w:b/>
        </w:rPr>
        <w:t>Authorized</w:t>
      </w:r>
      <w:r w:rsidR="00662AE7">
        <w:rPr>
          <w:b/>
        </w:rPr>
        <w:t xml:space="preserve"> Representative Name:</w:t>
      </w:r>
      <w:r w:rsidR="00662AE7">
        <w:t xml:space="preserve"> __________________________________________</w:t>
      </w:r>
    </w:p>
    <w:p w14:paraId="3C18D456" w14:textId="77777777" w:rsidR="00D072D0" w:rsidRDefault="00662AE7">
      <w:r>
        <w:rPr>
          <w:b/>
        </w:rPr>
        <w:t>Designation:</w:t>
      </w:r>
      <w:r>
        <w:t xml:space="preserve"> ____________________________________________________________</w:t>
      </w:r>
    </w:p>
    <w:p w14:paraId="1F96B16C" w14:textId="30E24320" w:rsidR="00D072D0" w:rsidRDefault="00662AE7">
      <w:r>
        <w:rPr>
          <w:b/>
        </w:rPr>
        <w:t>Contact Email:</w:t>
      </w:r>
      <w:r>
        <w:t xml:space="preserve"> __________________________________________________________</w:t>
      </w:r>
    </w:p>
    <w:p w14:paraId="73214F54" w14:textId="0C385CCE" w:rsidR="00D072D0" w:rsidRDefault="00662AE7">
      <w:r>
        <w:rPr>
          <w:b/>
        </w:rPr>
        <w:t>Contact Number:</w:t>
      </w:r>
      <w:r>
        <w:t xml:space="preserve"> ________________________________________________________</w:t>
      </w:r>
    </w:p>
    <w:p w14:paraId="27624F7F" w14:textId="77777777" w:rsidR="002F028D" w:rsidRDefault="002F028D">
      <w:pPr>
        <w:rPr>
          <w:b/>
          <w:sz w:val="28"/>
        </w:rPr>
      </w:pPr>
    </w:p>
    <w:p w14:paraId="496962B9" w14:textId="77777777" w:rsidR="001A107F" w:rsidRDefault="001A107F">
      <w:pPr>
        <w:rPr>
          <w:b/>
          <w:sz w:val="28"/>
        </w:rPr>
      </w:pPr>
    </w:p>
    <w:p w14:paraId="5FED3436" w14:textId="600B2A4A" w:rsidR="00D072D0" w:rsidRDefault="00662AE7">
      <w:r>
        <w:rPr>
          <w:b/>
          <w:sz w:val="28"/>
        </w:rPr>
        <w:t>Declaration</w:t>
      </w:r>
    </w:p>
    <w:p w14:paraId="29F8EEA2" w14:textId="77777777" w:rsidR="00D072D0" w:rsidRDefault="00662AE7">
      <w:pPr>
        <w:pStyle w:val="ListBullet"/>
      </w:pPr>
      <w:r>
        <w:t>The supplier accepts the terms and conditions of the RFQ process;</w:t>
      </w:r>
    </w:p>
    <w:p w14:paraId="4DE78FB9" w14:textId="77777777" w:rsidR="00D072D0" w:rsidRDefault="00662AE7">
      <w:pPr>
        <w:pStyle w:val="ListBullet"/>
      </w:pPr>
      <w:r>
        <w:t>The supplier has the necessary authority to submit this registration;</w:t>
      </w:r>
    </w:p>
    <w:p w14:paraId="47818200" w14:textId="77777777" w:rsidR="00D072D0" w:rsidRDefault="00662AE7">
      <w:pPr>
        <w:pStyle w:val="ListBullet"/>
      </w:pPr>
      <w:r>
        <w:t>All information supplied is true and correct;</w:t>
      </w:r>
    </w:p>
    <w:p w14:paraId="4E651304" w14:textId="77777777" w:rsidR="00D072D0" w:rsidRDefault="00662AE7">
      <w:pPr>
        <w:pStyle w:val="ListBullet"/>
      </w:pPr>
      <w:r>
        <w:t>IEPA may verify any information provided;</w:t>
      </w:r>
    </w:p>
    <w:p w14:paraId="16975234" w14:textId="77777777" w:rsidR="00D072D0" w:rsidRDefault="00662AE7">
      <w:pPr>
        <w:pStyle w:val="ListBullet"/>
      </w:pPr>
      <w:r>
        <w:t>The supplier will notify IEPA of any changes to company information.</w:t>
      </w:r>
    </w:p>
    <w:p w14:paraId="585DDF70" w14:textId="77777777" w:rsidR="002F028D" w:rsidRDefault="002F028D">
      <w:pPr>
        <w:rPr>
          <w:b/>
        </w:rPr>
      </w:pPr>
    </w:p>
    <w:p w14:paraId="5D5CA040" w14:textId="457C9B47" w:rsidR="002F028D" w:rsidRDefault="00662AE7">
      <w:r>
        <w:rPr>
          <w:b/>
        </w:rPr>
        <w:t xml:space="preserve">Signature of </w:t>
      </w:r>
      <w:r w:rsidR="002F028D">
        <w:rPr>
          <w:b/>
        </w:rPr>
        <w:t>Authorized</w:t>
      </w:r>
      <w:r>
        <w:rPr>
          <w:b/>
        </w:rPr>
        <w:t xml:space="preserve"> Representative:</w:t>
      </w:r>
      <w:r>
        <w:t xml:space="preserve"> </w:t>
      </w:r>
    </w:p>
    <w:p w14:paraId="46394EE3" w14:textId="690E1C32" w:rsidR="00D072D0" w:rsidRDefault="00662AE7">
      <w:r>
        <w:t>____________________________________________________________</w:t>
      </w:r>
    </w:p>
    <w:p w14:paraId="1F942492" w14:textId="77777777" w:rsidR="00D072D0" w:rsidRDefault="00662AE7">
      <w:r>
        <w:rPr>
          <w:b/>
        </w:rPr>
        <w:t>Date:</w:t>
      </w:r>
      <w:r>
        <w:t xml:space="preserve"> ____________________</w:t>
      </w:r>
    </w:p>
    <w:p w14:paraId="114BC12B" w14:textId="51B94CEE" w:rsidR="00D072D0" w:rsidRDefault="00662AE7">
      <w:r>
        <w:rPr>
          <w:b/>
        </w:rPr>
        <w:t>Signed at (Place/Town):</w:t>
      </w:r>
      <w:r>
        <w:t xml:space="preserve"> __________________________________________</w:t>
      </w:r>
    </w:p>
    <w:p w14:paraId="5CF703FA" w14:textId="77777777" w:rsidR="002F028D" w:rsidRDefault="002F028D"/>
    <w:p w14:paraId="223E5714" w14:textId="77777777" w:rsidR="00D072D0" w:rsidRDefault="00662AE7">
      <w:r>
        <w:rPr>
          <w:b/>
        </w:rPr>
        <w:t>Company Stamp (if applicable):</w:t>
      </w:r>
      <w:r>
        <w:t xml:space="preserve"> ____________________________________________________________</w:t>
      </w:r>
    </w:p>
    <w:sectPr w:rsidR="00D072D0" w:rsidSect="00034616">
      <w:headerReference w:type="default" r:id="rId11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8596E" w14:textId="77777777" w:rsidR="004F39B1" w:rsidRDefault="004F39B1">
      <w:pPr>
        <w:spacing w:after="0" w:line="240" w:lineRule="auto"/>
      </w:pPr>
      <w:r>
        <w:separator/>
      </w:r>
    </w:p>
  </w:endnote>
  <w:endnote w:type="continuationSeparator" w:id="0">
    <w:p w14:paraId="11AB5FFE" w14:textId="77777777" w:rsidR="004F39B1" w:rsidRDefault="004F3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07C47" w14:textId="77777777" w:rsidR="004F39B1" w:rsidRDefault="004F39B1">
      <w:pPr>
        <w:spacing w:after="0" w:line="240" w:lineRule="auto"/>
      </w:pPr>
      <w:r>
        <w:separator/>
      </w:r>
    </w:p>
  </w:footnote>
  <w:footnote w:type="continuationSeparator" w:id="0">
    <w:p w14:paraId="51E039A9" w14:textId="77777777" w:rsidR="004F39B1" w:rsidRDefault="004F3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C89BE" w14:textId="018B7EB3" w:rsidR="00D072D0" w:rsidRDefault="00662AE7">
    <w:pPr>
      <w:pStyle w:val="Header"/>
      <w:jc w:val="center"/>
    </w:pPr>
    <w:r>
      <w:rPr>
        <w:b/>
        <w:sz w:val="20"/>
      </w:rPr>
      <w:tab/>
    </w:r>
    <w:r>
      <w:rPr>
        <w:b/>
        <w:sz w:val="20"/>
      </w:rPr>
      <w:tab/>
      <w:t>WWW.IEPA.ORG.ZA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7985117">
    <w:abstractNumId w:val="8"/>
  </w:num>
  <w:num w:numId="2" w16cid:durableId="1030447359">
    <w:abstractNumId w:val="6"/>
  </w:num>
  <w:num w:numId="3" w16cid:durableId="127554313">
    <w:abstractNumId w:val="5"/>
  </w:num>
  <w:num w:numId="4" w16cid:durableId="420296083">
    <w:abstractNumId w:val="4"/>
  </w:num>
  <w:num w:numId="5" w16cid:durableId="560865261">
    <w:abstractNumId w:val="7"/>
  </w:num>
  <w:num w:numId="6" w16cid:durableId="1252735930">
    <w:abstractNumId w:val="3"/>
  </w:num>
  <w:num w:numId="7" w16cid:durableId="1986230931">
    <w:abstractNumId w:val="2"/>
  </w:num>
  <w:num w:numId="8" w16cid:durableId="991451494">
    <w:abstractNumId w:val="1"/>
  </w:num>
  <w:num w:numId="9" w16cid:durableId="1670909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107F"/>
    <w:rsid w:val="001A6DAE"/>
    <w:rsid w:val="001D7754"/>
    <w:rsid w:val="00291479"/>
    <w:rsid w:val="0029639D"/>
    <w:rsid w:val="002F028D"/>
    <w:rsid w:val="00326F90"/>
    <w:rsid w:val="00343731"/>
    <w:rsid w:val="004F39B1"/>
    <w:rsid w:val="005F0475"/>
    <w:rsid w:val="006116C5"/>
    <w:rsid w:val="00642805"/>
    <w:rsid w:val="00643FFA"/>
    <w:rsid w:val="00662AE7"/>
    <w:rsid w:val="00666BAC"/>
    <w:rsid w:val="0069230E"/>
    <w:rsid w:val="006A027A"/>
    <w:rsid w:val="00781ABA"/>
    <w:rsid w:val="00785411"/>
    <w:rsid w:val="00963EDE"/>
    <w:rsid w:val="00AA1D8D"/>
    <w:rsid w:val="00AE0C7A"/>
    <w:rsid w:val="00AE5D8D"/>
    <w:rsid w:val="00B011B5"/>
    <w:rsid w:val="00B47730"/>
    <w:rsid w:val="00C31A04"/>
    <w:rsid w:val="00C93BB8"/>
    <w:rsid w:val="00CB0664"/>
    <w:rsid w:val="00D072D0"/>
    <w:rsid w:val="00D24954"/>
    <w:rsid w:val="00D53E73"/>
    <w:rsid w:val="00D87A71"/>
    <w:rsid w:val="00DE1AA6"/>
    <w:rsid w:val="00EE37DD"/>
    <w:rsid w:val="00F23D9B"/>
    <w:rsid w:val="00F819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DAD496B"/>
  <w14:defaultImageDpi w14:val="300"/>
  <w15:docId w15:val="{1B5BFFFD-C632-4B61-B4A3-1270BCB0F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81A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iepa.org.za/resource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Palesa Mabusa</cp:lastModifiedBy>
  <cp:revision>15</cp:revision>
  <cp:lastPrinted>2026-07-24T14:07:00Z</cp:lastPrinted>
  <dcterms:created xsi:type="dcterms:W3CDTF">2026-05-28T12:42:00Z</dcterms:created>
  <dcterms:modified xsi:type="dcterms:W3CDTF">2026-07-27T09:17:00Z</dcterms:modified>
  <cp:category/>
</cp:coreProperties>
</file>